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61" w:rsidRDefault="004B7461">
      <w:pPr>
        <w:autoSpaceDE w:val="0"/>
        <w:autoSpaceDN w:val="0"/>
        <w:spacing w:after="78" w:line="220" w:lineRule="exact"/>
      </w:pPr>
    </w:p>
    <w:p w:rsidR="004B7461" w:rsidRPr="008976F1" w:rsidRDefault="00C547AF">
      <w:pPr>
        <w:rPr>
          <w:lang w:val="ru-RU"/>
        </w:rPr>
        <w:sectPr w:rsidR="004B7461" w:rsidRPr="008976F1" w:rsidSect="00FA1DA3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5562600" cy="7932253"/>
            <wp:effectExtent l="0" t="0" r="0" b="0"/>
            <wp:docPr id="1" name="Рисунок 1" descr="C:\Users\пк\Documents\Документы сканера\и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Документы сканера\иат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"/>
                    <a:stretch/>
                  </pic:blipFill>
                  <pic:spPr bwMode="auto">
                    <a:xfrm>
                      <a:off x="0" y="0"/>
                      <a:ext cx="5565685" cy="793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7461" w:rsidRPr="008976F1" w:rsidRDefault="00595D59" w:rsidP="008976F1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4B7461" w:rsidRPr="008976F1" w:rsidRDefault="00595D59" w:rsidP="008976F1">
      <w:pPr>
        <w:autoSpaceDE w:val="0"/>
        <w:autoSpaceDN w:val="0"/>
        <w:spacing w:before="346" w:after="0"/>
        <w:ind w:firstLine="180"/>
        <w:jc w:val="both"/>
        <w:rPr>
          <w:lang w:val="ru-RU"/>
        </w:rPr>
      </w:pP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proofErr w:type="gramEnd"/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4B7461" w:rsidRPr="008976F1" w:rsidRDefault="00595D59" w:rsidP="008976F1">
      <w:pPr>
        <w:autoSpaceDE w:val="0"/>
        <w:autoSpaceDN w:val="0"/>
        <w:spacing w:before="70" w:after="0" w:line="271" w:lineRule="auto"/>
        <w:ind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4B7461" w:rsidRPr="008976F1" w:rsidRDefault="00595D59" w:rsidP="008976F1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jc w:val="both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4B7461" w:rsidRPr="008976F1" w:rsidRDefault="00595D59" w:rsidP="008976F1">
      <w:pPr>
        <w:autoSpaceDE w:val="0"/>
        <w:autoSpaceDN w:val="0"/>
        <w:spacing w:before="178" w:after="0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4B7461" w:rsidRPr="008976F1" w:rsidRDefault="00595D59" w:rsidP="008976F1">
      <w:pPr>
        <w:autoSpaceDE w:val="0"/>
        <w:autoSpaceDN w:val="0"/>
        <w:spacing w:before="190" w:after="0" w:line="281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целое»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больше</w:t>
      </w:r>
      <w:proofErr w:type="spell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-меньше», «равно-неравно», «порядок»), смысла арифметических действий,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4B7461" w:rsidRPr="008976F1" w:rsidRDefault="00595D59" w:rsidP="008976F1">
      <w:pPr>
        <w:autoSpaceDE w:val="0"/>
        <w:autoSpaceDN w:val="0"/>
        <w:spacing w:before="190" w:after="0" w:line="281" w:lineRule="auto"/>
        <w:ind w:left="420" w:right="144"/>
        <w:jc w:val="both"/>
        <w:rPr>
          <w:lang w:val="ru-RU"/>
        </w:rPr>
      </w:pP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4B7461" w:rsidRPr="008976F1" w:rsidRDefault="00595D59" w:rsidP="008976F1">
      <w:pPr>
        <w:autoSpaceDE w:val="0"/>
        <w:autoSpaceDN w:val="0"/>
        <w:spacing w:before="190" w:after="0" w:line="281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4B7461" w:rsidRPr="008976F1" w:rsidRDefault="00595D59" w:rsidP="008976F1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jc w:val="both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4B7461" w:rsidRPr="008976F1" w:rsidRDefault="00595D59" w:rsidP="008976F1">
      <w:pPr>
        <w:autoSpaceDE w:val="0"/>
        <w:autoSpaceDN w:val="0"/>
        <w:spacing w:before="178" w:after="0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 w:right="7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/>
        <w:jc w:val="both"/>
        <w:rPr>
          <w:lang w:val="ru-RU"/>
        </w:rPr>
      </w:pP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proofErr w:type="gramEnd"/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4B7461" w:rsidRPr="008976F1" w:rsidRDefault="00595D59" w:rsidP="008976F1">
      <w:pPr>
        <w:autoSpaceDE w:val="0"/>
        <w:autoSpaceDN w:val="0"/>
        <w:spacing w:before="178" w:after="0" w:line="281" w:lineRule="auto"/>
        <w:ind w:firstLine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4B7461" w:rsidRPr="008976F1" w:rsidRDefault="00595D59" w:rsidP="008976F1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1 классе отводится 4 часа в неделю, всего 132 часа.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B7461" w:rsidRPr="008976F1" w:rsidRDefault="00595D59" w:rsidP="003F4C81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обучения в программе представлено разделами: «Числа и </w:t>
      </w:r>
      <w:proofErr w:type="spell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величины»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Арифметические</w:t>
      </w:r>
      <w:proofErr w:type="spell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8976F1">
        <w:rPr>
          <w:lang w:val="ru-RU"/>
        </w:rPr>
        <w:br/>
      </w: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8976F1">
        <w:rPr>
          <w:lang w:val="ru-RU"/>
        </w:rPr>
        <w:br/>
      </w: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8976F1">
        <w:rPr>
          <w:lang w:val="ru-RU"/>
        </w:rPr>
        <w:br/>
      </w: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8976F1">
        <w:rPr>
          <w:lang w:val="ru-RU"/>
        </w:rPr>
        <w:br/>
      </w: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между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установление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пространственных отношений.</w:t>
      </w:r>
    </w:p>
    <w:p w:rsidR="004B7461" w:rsidRPr="008976F1" w:rsidRDefault="00595D59" w:rsidP="003F4C8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8976F1">
        <w:rPr>
          <w:lang w:val="ru-RU"/>
        </w:rPr>
        <w:br/>
      </w: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4B7461" w:rsidRPr="008976F1" w:rsidRDefault="00595D59" w:rsidP="003F4C8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4B7461" w:rsidRPr="008976F1" w:rsidRDefault="00595D59" w:rsidP="003F4C81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4B7461" w:rsidRPr="008976F1" w:rsidRDefault="00595D59" w:rsidP="003F4C8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Двух-</w:t>
      </w:r>
      <w:proofErr w:type="spell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трёхшаговые</w:t>
      </w:r>
      <w:proofErr w:type="spell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общее и различное в записи арифметических действий;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действие измерительных приборов;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два объекта, два числа; распределять объекты на группы по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заданному</w:t>
      </w:r>
      <w:proofErr w:type="gramEnd"/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329" w:lineRule="auto"/>
        <w:ind w:left="240" w:right="7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основанию;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вести порядковый и количественный счет (соблюдать последовательность).</w:t>
      </w:r>
    </w:p>
    <w:p w:rsidR="004B7461" w:rsidRPr="008976F1" w:rsidRDefault="00595D59" w:rsidP="008976F1">
      <w:pPr>
        <w:autoSpaceDE w:val="0"/>
        <w:autoSpaceDN w:val="0"/>
        <w:spacing w:before="178" w:after="0" w:line="326" w:lineRule="auto"/>
        <w:ind w:left="240" w:hanging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4B7461" w:rsidRPr="008976F1" w:rsidRDefault="00595D59" w:rsidP="008976F1">
      <w:pPr>
        <w:autoSpaceDE w:val="0"/>
        <w:autoSpaceDN w:val="0"/>
        <w:spacing w:before="180" w:after="0" w:line="336" w:lineRule="auto"/>
        <w:ind w:left="240" w:right="288" w:hanging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4B7461" w:rsidRPr="008976F1" w:rsidRDefault="00595D59" w:rsidP="008976F1">
      <w:pPr>
        <w:autoSpaceDE w:val="0"/>
        <w:autoSpaceDN w:val="0"/>
        <w:spacing w:before="178" w:after="0" w:line="350" w:lineRule="auto"/>
        <w:ind w:left="240" w:right="576" w:hanging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4B7461" w:rsidRPr="008976F1" w:rsidRDefault="00595D59" w:rsidP="008976F1">
      <w:pPr>
        <w:autoSpaceDE w:val="0"/>
        <w:autoSpaceDN w:val="0"/>
        <w:spacing w:before="178" w:after="0" w:line="326" w:lineRule="auto"/>
        <w:ind w:left="240" w:hanging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8976F1">
        <w:rPr>
          <w:lang w:val="ru-RU"/>
        </w:rPr>
        <w:br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B7461" w:rsidRPr="008976F1" w:rsidRDefault="00595D59" w:rsidP="008976F1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jc w:val="both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математики в 1 классе направлено на достижение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4B7461" w:rsidRPr="008976F1" w:rsidRDefault="00595D59" w:rsidP="008976F1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B7461" w:rsidRPr="008976F1" w:rsidRDefault="00595D59" w:rsidP="008976F1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jc w:val="both"/>
        <w:rPr>
          <w:lang w:val="ru-RU"/>
        </w:rPr>
      </w:pPr>
      <w:r w:rsidRPr="008976F1">
        <w:rPr>
          <w:lang w:val="ru-RU"/>
        </w:rPr>
        <w:tab/>
      </w: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«Математика»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4B7461" w:rsidRPr="008976F1" w:rsidRDefault="00595D59" w:rsidP="008976F1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4B7461" w:rsidRPr="008976F1" w:rsidRDefault="00595D59" w:rsidP="008976F1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 w:right="86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86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B7461" w:rsidRPr="008976F1" w:rsidRDefault="00595D59" w:rsidP="008976F1">
      <w:pPr>
        <w:autoSpaceDE w:val="0"/>
        <w:autoSpaceDN w:val="0"/>
        <w:spacing w:before="324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B7461" w:rsidRPr="008976F1" w:rsidRDefault="00595D59" w:rsidP="008976F1">
      <w:pPr>
        <w:autoSpaceDE w:val="0"/>
        <w:autoSpaceDN w:val="0"/>
        <w:spacing w:before="168" w:after="0" w:line="230" w:lineRule="auto"/>
        <w:ind w:left="180"/>
        <w:jc w:val="both"/>
        <w:rPr>
          <w:lang w:val="ru-RU"/>
        </w:rPr>
      </w:pP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4B7461" w:rsidRPr="008976F1" w:rsidRDefault="00595D59" w:rsidP="008976F1">
      <w:pPr>
        <w:autoSpaceDE w:val="0"/>
        <w:autoSpaceDN w:val="0"/>
        <w:spacing w:before="192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 учебные действия: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4B7461" w:rsidRPr="008976F1" w:rsidRDefault="00595D59" w:rsidP="008976F1">
      <w:pPr>
        <w:autoSpaceDE w:val="0"/>
        <w:autoSpaceDN w:val="0"/>
        <w:spacing w:before="178" w:after="0" w:line="262" w:lineRule="auto"/>
        <w:ind w:left="420" w:right="100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132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62" w:lineRule="auto"/>
        <w:ind w:left="240" w:right="86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240" w:right="14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3)  Работа с информацией:</w:t>
      </w:r>
    </w:p>
    <w:p w:rsidR="004B7461" w:rsidRPr="008976F1" w:rsidRDefault="00595D59" w:rsidP="008976F1">
      <w:pPr>
        <w:autoSpaceDE w:val="0"/>
        <w:autoSpaceDN w:val="0"/>
        <w:spacing w:before="178" w:after="0" w:line="262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4B7461" w:rsidRPr="008976F1" w:rsidRDefault="00595D59" w:rsidP="008976F1">
      <w:pPr>
        <w:autoSpaceDE w:val="0"/>
        <w:autoSpaceDN w:val="0"/>
        <w:spacing w:before="192" w:after="0" w:line="262" w:lineRule="auto"/>
        <w:ind w:left="240" w:right="86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4B7461" w:rsidRPr="008976F1" w:rsidRDefault="00595D59" w:rsidP="008976F1">
      <w:pPr>
        <w:autoSpaceDE w:val="0"/>
        <w:autoSpaceDN w:val="0"/>
        <w:spacing w:before="29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4B7461" w:rsidRPr="008976F1" w:rsidRDefault="00595D59" w:rsidP="008976F1">
      <w:pPr>
        <w:autoSpaceDE w:val="0"/>
        <w:autoSpaceDN w:val="0"/>
        <w:spacing w:before="23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4B7461" w:rsidRPr="008976F1" w:rsidRDefault="00595D59" w:rsidP="008976F1">
      <w:pPr>
        <w:autoSpaceDE w:val="0"/>
        <w:autoSpaceDN w:val="0"/>
        <w:spacing w:before="238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4B7461" w:rsidRPr="008976F1" w:rsidRDefault="00595D59" w:rsidP="008976F1">
      <w:pPr>
        <w:autoSpaceDE w:val="0"/>
        <w:autoSpaceDN w:val="0"/>
        <w:spacing w:before="23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4B7461" w:rsidRPr="008976F1" w:rsidRDefault="00595D59" w:rsidP="008976F1">
      <w:pPr>
        <w:autoSpaceDE w:val="0"/>
        <w:autoSpaceDN w:val="0"/>
        <w:spacing w:before="238" w:after="0" w:line="262" w:lineRule="auto"/>
        <w:ind w:left="24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4B7461" w:rsidRPr="008976F1" w:rsidRDefault="00595D59" w:rsidP="008976F1">
      <w:pPr>
        <w:autoSpaceDE w:val="0"/>
        <w:autoSpaceDN w:val="0"/>
        <w:spacing w:before="238" w:after="0" w:line="271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B7461" w:rsidRPr="008976F1" w:rsidRDefault="00595D59" w:rsidP="008976F1">
      <w:pPr>
        <w:autoSpaceDE w:val="0"/>
        <w:autoSpaceDN w:val="0"/>
        <w:spacing w:before="240" w:after="0" w:line="271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B7461" w:rsidRPr="008976F1" w:rsidRDefault="00595D59" w:rsidP="008976F1">
      <w:pPr>
        <w:autoSpaceDE w:val="0"/>
        <w:autoSpaceDN w:val="0"/>
        <w:spacing w:before="23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алгоритмах: воспроизводить, дополнять, исправлять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деформированные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4B7461" w:rsidRPr="008976F1" w:rsidRDefault="00595D59" w:rsidP="008976F1">
      <w:pPr>
        <w:autoSpaceDE w:val="0"/>
        <w:autoSpaceDN w:val="0"/>
        <w:spacing w:before="238" w:after="0" w:line="262" w:lineRule="auto"/>
        <w:ind w:left="24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аналогии;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240" w:right="86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24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144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4B7461" w:rsidRPr="008976F1" w:rsidRDefault="00595D59" w:rsidP="008976F1">
      <w:pPr>
        <w:autoSpaceDE w:val="0"/>
        <w:autoSpaceDN w:val="0"/>
        <w:spacing w:before="178" w:after="0" w:line="271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4B7461" w:rsidRPr="008976F1" w:rsidRDefault="00595D59" w:rsidP="008976F1">
      <w:pPr>
        <w:autoSpaceDE w:val="0"/>
        <w:autoSpaceDN w:val="0"/>
        <w:spacing w:before="180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B7461" w:rsidRPr="008976F1" w:rsidRDefault="00595D59" w:rsidP="008976F1">
      <w:pPr>
        <w:autoSpaceDE w:val="0"/>
        <w:autoSpaceDN w:val="0"/>
        <w:spacing w:before="180" w:after="0" w:line="271" w:lineRule="auto"/>
        <w:ind w:left="420" w:right="576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B7461" w:rsidRPr="008976F1" w:rsidRDefault="00595D59" w:rsidP="008976F1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B7461" w:rsidRPr="008976F1" w:rsidRDefault="00595D59" w:rsidP="008976F1">
      <w:pPr>
        <w:autoSpaceDE w:val="0"/>
        <w:autoSpaceDN w:val="0"/>
        <w:spacing w:before="166" w:after="0" w:line="230" w:lineRule="auto"/>
        <w:ind w:left="18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1 классе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4B7461" w:rsidRPr="008976F1" w:rsidRDefault="00595D59" w:rsidP="008976F1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 упорядочивать  числа  от  0 до 20;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4B7461" w:rsidRPr="008976F1" w:rsidRDefault="00595D59" w:rsidP="008976F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числа, большие/меньшие данного числа на заданное число; </w:t>
      </w:r>
    </w:p>
    <w:p w:rsidR="004B7461" w:rsidRPr="008976F1" w:rsidRDefault="00595D59" w:rsidP="008976F1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4B7461" w:rsidRPr="008976F1" w:rsidRDefault="00595D59" w:rsidP="008976F1">
      <w:pPr>
        <w:autoSpaceDE w:val="0"/>
        <w:autoSpaceDN w:val="0"/>
        <w:spacing w:before="192" w:after="0" w:line="262" w:lineRule="auto"/>
        <w:ind w:left="420" w:right="7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см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1008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между объектами соотношения: слева/справа, дальше/ближе, </w:t>
      </w:r>
      <w:proofErr w:type="gramStart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между</w:t>
      </w:r>
      <w:proofErr w:type="gramEnd"/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, перед/за, над/под;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4B7461" w:rsidRPr="008976F1" w:rsidRDefault="004B7461" w:rsidP="008976F1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4B7461" w:rsidRPr="008976F1" w:rsidRDefault="00595D59" w:rsidP="008976F1">
      <w:pPr>
        <w:autoSpaceDE w:val="0"/>
        <w:autoSpaceDN w:val="0"/>
        <w:spacing w:after="0" w:line="262" w:lineRule="auto"/>
        <w:ind w:right="144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4B7461" w:rsidRPr="008976F1" w:rsidRDefault="00595D59" w:rsidP="008976F1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8976F1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4B7461" w:rsidRPr="008976F1" w:rsidRDefault="004B7461" w:rsidP="008976F1">
      <w:pPr>
        <w:jc w:val="both"/>
        <w:rPr>
          <w:lang w:val="ru-RU"/>
        </w:rPr>
        <w:sectPr w:rsidR="004B7461" w:rsidRPr="008976F1" w:rsidSect="00FA1DA3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4B7461" w:rsidRPr="008976F1" w:rsidRDefault="004B7461">
      <w:pPr>
        <w:autoSpaceDE w:val="0"/>
        <w:autoSpaceDN w:val="0"/>
        <w:spacing w:after="64" w:line="220" w:lineRule="exact"/>
        <w:rPr>
          <w:lang w:val="ru-RU"/>
        </w:rPr>
      </w:pPr>
    </w:p>
    <w:p w:rsidR="004B7461" w:rsidRDefault="00595D59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5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4B7461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4B7461" w:rsidRDefault="004B7461"/>
        </w:tc>
      </w:tr>
      <w:tr w:rsidR="004B7461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Числа</w:t>
            </w:r>
            <w:proofErr w:type="spellEnd"/>
          </w:p>
        </w:tc>
      </w:tr>
      <w:tr w:rsidR="004B7461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01.09.2022 16.09.2022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в заданном и самостоятельно установленном порядке;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счёта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в заданном и самостоятельно установленном порядке;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64" w:after="0" w:line="245" w:lineRule="auto"/>
              <w:ind w:left="72" w:right="57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66" w:after="0" w:line="245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EB6D72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23.09.2022 27.09.2022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 группах. Формулирование ответов на вопросы: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«Сколько?», «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Который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счёту?», «На сколько больше?», «На сколько меньше?», «Что получится, если увеличить/уменьшить количество на 1, на 2?» — по образцу и самостоятельно;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Словесное описание группы предметов, ряда чисел;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6840" w:h="11907" w:orient="landscape" w:code="9"/>
          <w:pgMar w:top="284" w:right="284" w:bottom="465" w:left="284" w:header="720" w:footer="720" w:gutter="0"/>
          <w:cols w:space="720" w:equalWidth="0">
            <w:col w:w="15716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20: чтение, запись, сравнение</w:t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в заданном и самостоятельно установленном порядке;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двузначные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числа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в заданном и самостоятельно установленном порядке;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Цифры; знаки сравнения, равенства, арифметических действий;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04.10.2022 05.10.2022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Величины</w:t>
            </w:r>
            <w:proofErr w:type="spellEnd"/>
          </w:p>
        </w:tc>
      </w:tr>
      <w:tr w:rsidR="004B7461" w:rsidRPr="00C547A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и её измерение с помощью заданной мерки</w:t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06.10.2022 07.10.2022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приборами для измерения величин;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действия измерительных приборов;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64" w:after="0" w:line="250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Сравнение без измерения: выше — ниже, шире— </w:t>
            </w:r>
            <w:proofErr w:type="gramStart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уж</w:t>
            </w:r>
            <w:proofErr w:type="gramEnd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11.10.2022 12.10.2022</w:t>
            </w:r>
          </w:p>
        </w:tc>
        <w:tc>
          <w:tcPr>
            <w:tcW w:w="5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Коллективная работа по различению и сравнению величин;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right="720"/>
              <w:jc w:val="center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13.10.2022 18.10.2022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129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Линейка как простейший инструмент измерения длины; Использование линейки для измерения длины отрезка;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Арифметические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действия</w:t>
            </w:r>
            <w:proofErr w:type="spellEnd"/>
          </w:p>
        </w:tc>
      </w:tr>
      <w:tr w:rsidR="004B7461" w:rsidRPr="00C547AF">
        <w:trPr>
          <w:trHeight w:hRule="exact" w:val="18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19.10.2022 02.12.2022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переместительного свойства при нахождении суммы; 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</w:tbl>
    <w:p w:rsidR="004B7461" w:rsidRPr="008976F1" w:rsidRDefault="004B7461">
      <w:pPr>
        <w:autoSpaceDE w:val="0"/>
        <w:autoSpaceDN w:val="0"/>
        <w:spacing w:after="0" w:line="14" w:lineRule="exact"/>
        <w:rPr>
          <w:lang w:val="ru-RU"/>
        </w:rPr>
      </w:pPr>
    </w:p>
    <w:p w:rsidR="004B7461" w:rsidRPr="008976F1" w:rsidRDefault="004B7461">
      <w:pPr>
        <w:rPr>
          <w:lang w:val="ru-RU"/>
        </w:rPr>
        <w:sectPr w:rsidR="004B7461" w:rsidRPr="008976F1" w:rsidSect="00FA1DA3">
          <w:pgSz w:w="16840" w:h="11901" w:orient="landscape"/>
          <w:pgMar w:top="284" w:right="641" w:bottom="958" w:left="663" w:header="720" w:footer="720" w:gutter="0"/>
          <w:cols w:space="720" w:equalWidth="0">
            <w:col w:w="15851" w:space="0"/>
          </w:cols>
          <w:docGrid w:linePitch="360"/>
        </w:sectPr>
      </w:pPr>
    </w:p>
    <w:p w:rsidR="004B7461" w:rsidRPr="008976F1" w:rsidRDefault="004B746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 w:rsidRPr="00C547AF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06.12.2022 14.12.2022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 w:rsidRPr="00C547AF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слагаемое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переместительного свойства сложения, способа нахождения неизвестного слагаемого. Под руководством педагога выполнение счёта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одинаковых слагаемых. Счёт по 2, по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20.12.2022 21.12.2022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переместительного свойства при нахождении суммы; Моделирование. Иллюстрация с помощью предметной модели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переместительного свойства сложения, способа нахождения неизвестного слагаемого. Под руководством педагога выполнение счёта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заданной единицы счёта;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нуля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вычисления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9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D86E51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23.12.2022 12.01.2023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переместительного свойства при нахождении суммы; Моделирование. Иллюстрация с помощью предметной модели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переместительного свойства сложения, способа нахождения неизвестного слагаемого. Под руководством педагога выполнение счёта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заданной единицы счёта;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6840" w:h="11901" w:orient="landscape"/>
          <w:pgMar w:top="284" w:right="641" w:bottom="720" w:left="663" w:header="720" w:footer="720" w:gutter="0"/>
          <w:cols w:space="720" w:equalWidth="0">
            <w:col w:w="15611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 w:rsidRPr="00C547A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переместительного свойства при нахождении суммы; 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Текстовые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задачи</w:t>
            </w:r>
            <w:proofErr w:type="spellEnd"/>
          </w:p>
        </w:tc>
      </w:tr>
      <w:tr w:rsidR="004B7461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17.01.2023 18.01.2023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54" w:lineRule="auto"/>
              <w:ind w:left="72" w:right="144"/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представленного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Соотнесение текста задачи и её модели;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24.01.2023 09.02.2023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Различение текста и текстовой задачи, представленного в текстовой задаче;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Обнаружение недостающего элемента задачи, дополнение текста задачи числовыми данными (по 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Соотнесение текста задачи и её модели;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50"/>
        </w:trPr>
        <w:tc>
          <w:tcPr>
            <w:tcW w:w="408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089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4B7461" w:rsidRPr="00C547AF">
        <w:trPr>
          <w:trHeight w:hRule="exact" w:val="14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предметов и  объектов на плоскости, в  пространстве: слева/справа, сверху/снизу, </w:t>
            </w:r>
            <w:proofErr w:type="gramStart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между</w:t>
            </w:r>
            <w:proofErr w:type="gramEnd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; </w:t>
            </w:r>
            <w:proofErr w:type="gramStart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установление</w:t>
            </w:r>
            <w:proofErr w:type="gramEnd"/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пространственных 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EB6D72" w:rsidRDefault="00003F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21.02.2023 24.02.2023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54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обнаружение в окружающем мире их моделей;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упражнения: «Угадай фигуру по описанию», «Расположи фигуры в заданном порядке», «Найди модели фигур в классе» и т. п.;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пространстве и на плоскости (классной доски, листа бумаги, страницы учебника и т. д.).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прокладывание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маршрута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</w:tbl>
    <w:p w:rsidR="004B7461" w:rsidRPr="008976F1" w:rsidRDefault="004B7461">
      <w:pPr>
        <w:autoSpaceDE w:val="0"/>
        <w:autoSpaceDN w:val="0"/>
        <w:spacing w:after="0" w:line="14" w:lineRule="exact"/>
        <w:rPr>
          <w:lang w:val="ru-RU"/>
        </w:rPr>
      </w:pPr>
    </w:p>
    <w:p w:rsidR="004B7461" w:rsidRPr="008976F1" w:rsidRDefault="004B7461">
      <w:pPr>
        <w:rPr>
          <w:lang w:val="ru-RU"/>
        </w:rPr>
        <w:sectPr w:rsidR="004B7461" w:rsidRPr="008976F1" w:rsidSect="00FA1DA3">
          <w:pgSz w:w="16840" w:h="11901" w:orient="landscape"/>
          <w:pgMar w:top="284" w:right="641" w:bottom="284" w:left="663" w:header="720" w:footer="720" w:gutter="0"/>
          <w:cols w:space="720" w:equalWidth="0">
            <w:col w:w="15179" w:space="0"/>
          </w:cols>
          <w:docGrid w:linePitch="360"/>
        </w:sectPr>
      </w:pPr>
    </w:p>
    <w:p w:rsidR="004B7461" w:rsidRPr="008976F1" w:rsidRDefault="004B746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 w:right="432"/>
              <w:rPr>
                <w:lang w:val="ru-RU"/>
              </w:rPr>
            </w:pP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изображения (узора, геометрической фигуры), называние элементов узора, геометрической фигуры;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пар: объект и его отражение;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свойств геометрических фигур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(прямоугольника и др.); сравнение геометрических фигур (по форме, размеру); сравнение отрезков по длине;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D86E51" w:rsidRDefault="00D86E5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01.03.2023 03.03.2023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свойств геометрических фигур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(прямоугольника и др.); сравнение геометрических фигур (по форме, размеру); сравнение отрезков по длине;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 w:rsidRPr="00C547AF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07.03.2023 22.03.2023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 Учебный диалог: обсуждение свойств геометрических фигур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(прямоугольника и др.); сравнение геометрических фигур (по форме, размеру); сравнение отрезков по длине;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прямоугольника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квадрата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треугольника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24.03.2023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Творческие задания: узоры и орнаменты. Составление инструкции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изображения узора, линии (по клеткам);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Математическая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</w:t>
            </w:r>
            <w:proofErr w:type="spellEnd"/>
          </w:p>
        </w:tc>
      </w:tr>
      <w:tr w:rsidR="004B7461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Сбор данных об объекте по  образцу.</w:t>
            </w:r>
          </w:p>
          <w:p w:rsidR="004B7461" w:rsidRPr="008976F1" w:rsidRDefault="00595D59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Характеристики объекта, группы объектов (количество, форма, 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04.04.2023 07.04.2023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наблюдаемых фактов, закономерностей;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11.04.2023 12.04.2023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числами в окружающем мире, описание словами наблюдаемых фактов, закономерностей;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6840" w:h="11901" w:orient="landscape"/>
          <w:pgMar w:top="284" w:right="641" w:bottom="363" w:left="663" w:header="720" w:footer="720" w:gutter="0"/>
          <w:cols w:space="720" w:equalWidth="0">
            <w:col w:w="15257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686"/>
        <w:gridCol w:w="528"/>
        <w:gridCol w:w="1106"/>
        <w:gridCol w:w="1140"/>
        <w:gridCol w:w="864"/>
        <w:gridCol w:w="5164"/>
        <w:gridCol w:w="1236"/>
        <w:gridCol w:w="1382"/>
      </w:tblGrid>
      <w:tr w:rsidR="004B7461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предложений,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характеризующих положение одного предмета относительно другого.</w:t>
            </w:r>
          </w:p>
          <w:p w:rsidR="004B7461" w:rsidRPr="008976F1" w:rsidRDefault="00595D59">
            <w:pPr>
              <w:autoSpaceDE w:val="0"/>
              <w:autoSpaceDN w:val="0"/>
              <w:spacing w:before="20" w:after="0" w:line="250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отношения («больше», «меньше», «равно»),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,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то …».Верно или неверно: формулирование и проверка предложения;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таблицы (содержащей не более четырёх данных); извлечение данного из  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18.04.2023 20.04.2023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парах/группах: поиск общих свой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 гр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16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45" w:lineRule="auto"/>
              <w:ind w:right="576"/>
              <w:jc w:val="center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числа, задания и пр.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странице, на листе бумаги;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 w:rsidRPr="00C547AF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Выполнение 1—3-шаговых инструкций,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связанных с 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4B746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25.04.2023 27.04.2023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(иллюстрации, модели). Упорядочение математических объектов с опорой на рисунок, сюжетную ситуацию и пр.;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парах/группах: поиск общих свой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 гр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упп предметов (цвет, форма, величина, количество, назначение и др.). Таблица как способ представления информации, полученной из повседневной жизни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(расписания, чеки, меню и т.д.);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4B7461">
            <w:pPr>
              <w:rPr>
                <w:lang w:val="ru-RU"/>
              </w:rPr>
            </w:pPr>
          </w:p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  <w:tr w:rsidR="004B7461">
        <w:trPr>
          <w:trHeight w:hRule="exact" w:val="34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126C90" w:rsidRDefault="00126C90">
            <w:pPr>
              <w:rPr>
                <w:lang w:val="ru-RU"/>
              </w:rPr>
            </w:pPr>
            <w:r>
              <w:rPr>
                <w:lang w:val="ru-RU"/>
              </w:rPr>
              <w:t xml:space="preserve">  1</w:t>
            </w:r>
          </w:p>
        </w:tc>
      </w:tr>
      <w:tr w:rsidR="004B7461">
        <w:trPr>
          <w:trHeight w:hRule="exact" w:val="328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4B7461"/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6840" w:h="11901" w:orient="landscape"/>
          <w:pgMar w:top="284" w:right="641" w:bottom="1440" w:left="663" w:header="720" w:footer="720" w:gutter="0"/>
          <w:cols w:space="720" w:equalWidth="0">
            <w:col w:w="16333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78" w:line="220" w:lineRule="exact"/>
      </w:pPr>
    </w:p>
    <w:p w:rsidR="004B7461" w:rsidRDefault="00595D5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4B7461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61" w:rsidRDefault="004B7461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461" w:rsidRDefault="004B7461"/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4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/>
              <w:ind w:left="72" w:right="43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от 1 до 9: различение, чтение,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счёта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98" w:right="650" w:bottom="7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Счёт предметов, запись результата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цифрами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Порядковый номер объекта при заданном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порядке счёта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Сравнение чисел по количеству: больше, меньше, столько же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Сравнение групп предметов по количеству: больше, меньше, столько же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Число и цифра 0 при измерении,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вычислении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Числа в пределах 20: чтение, запись,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Однозначные и двузначные числа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Увеличение числа на несколько единиц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Числа. Уменьшение числа на несколько единиц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30"/>
              <w:jc w:val="both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Длина и её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с помощью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заданной мерки. Длиннее.</w:t>
            </w:r>
          </w:p>
          <w:p w:rsidR="004B7461" w:rsidRPr="008976F1" w:rsidRDefault="00595D59">
            <w:pPr>
              <w:autoSpaceDE w:val="0"/>
              <w:autoSpaceDN w:val="0"/>
              <w:spacing w:before="72" w:after="0" w:line="262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Короче.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518"/>
              <w:jc w:val="both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Величины. Длина и её измерение с помощью заданной мерки.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Сравнение без измерения: выше — ниже, шире — уже, длиннее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—к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ороче, старше —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моложе, тяжелее — легче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Сравнение без измерения: выше — ниже, шире — уже, длиннее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—к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ороче, старше —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моложе, тяжелее — легче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дециметр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 w:rsidRPr="00003FD1">
              <w:rPr>
                <w:rFonts w:ascii="Times New Roman" w:eastAsia="Times New Roman" w:hAnsi="Times New Roman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595D59">
            <w:pPr>
              <w:autoSpaceDE w:val="0"/>
              <w:autoSpaceDN w:val="0"/>
              <w:spacing w:before="100" w:after="0" w:line="281" w:lineRule="auto"/>
              <w:ind w:left="72" w:right="288"/>
              <w:rPr>
                <w:lang w:val="ru-RU"/>
              </w:rPr>
            </w:pPr>
            <w:r w:rsidRPr="00003FD1">
              <w:rPr>
                <w:rFonts w:ascii="Times New Roman" w:eastAsia="Times New Roman" w:hAnsi="Times New Roman"/>
                <w:sz w:val="24"/>
                <w:lang w:val="ru-RU"/>
              </w:rPr>
              <w:t xml:space="preserve">Величины. Единицы </w:t>
            </w:r>
            <w:r w:rsidRPr="00003FD1">
              <w:rPr>
                <w:lang w:val="ru-RU"/>
              </w:rPr>
              <w:br/>
            </w:r>
            <w:r w:rsidRPr="00003FD1">
              <w:rPr>
                <w:rFonts w:ascii="Times New Roman" w:eastAsia="Times New Roman" w:hAnsi="Times New Roman"/>
                <w:sz w:val="24"/>
                <w:lang w:val="ru-RU"/>
              </w:rPr>
              <w:t xml:space="preserve">длины: сантиметр, </w:t>
            </w:r>
            <w:r w:rsidRPr="00003FD1">
              <w:rPr>
                <w:lang w:val="ru-RU"/>
              </w:rPr>
              <w:br/>
            </w:r>
            <w:r w:rsidRPr="00003FD1">
              <w:rPr>
                <w:rFonts w:ascii="Times New Roman" w:eastAsia="Times New Roman" w:hAnsi="Times New Roman"/>
                <w:sz w:val="24"/>
                <w:lang w:val="ru-RU"/>
              </w:rPr>
              <w:t xml:space="preserve">дециметр; установление соотношения между </w:t>
            </w:r>
            <w:r w:rsidRPr="00003FD1">
              <w:rPr>
                <w:lang w:val="ru-RU"/>
              </w:rPr>
              <w:br/>
            </w:r>
            <w:r w:rsidRPr="00003FD1">
              <w:rPr>
                <w:rFonts w:ascii="Times New Roman" w:eastAsia="Times New Roman" w:hAnsi="Times New Roman"/>
                <w:sz w:val="24"/>
                <w:lang w:val="ru-RU"/>
              </w:rPr>
              <w:t xml:space="preserve">ними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 w:rsidRPr="00003FD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EB6D72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003FD1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 w:rsidRPr="00003FD1">
              <w:rPr>
                <w:rFonts w:ascii="Times New Roman" w:eastAsia="Times New Roman" w:hAnsi="Times New Roman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+ 1, □ – 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+ 2, □ – 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+ 3, □ –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+ 4, □ – 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+ 5, □ + 6, □ + 7, □ + 8, □ + 9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6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7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8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9 – □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10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0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+ 6, □ + 7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+ 8, □ + 9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11 -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12 -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13 - □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16 -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17 - □, 18 -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Названия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компонентов действий, результатов действия сложения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Названия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компонентов действий, результатов действия 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0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Названия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компонентов действий, результатов действий сложения и 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72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Таблица сложения. Таблица сложения чисел в пределах 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опрос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72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Таблица сложения. Таблица сложения чисел в пределах 20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Арифметические действия.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Вычитание как действие, обратное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слагаемое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одинаковых слагаемых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Счёт по 2, по 3, по 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Прибавление и вычитание нуля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чисел без перехода через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Вычитание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чисел без перехода через 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чисел с переходом через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Сложение чисел с переходом через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 w:rsidRPr="00C547AF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Вычитание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чисел с переходом через 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переходом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десяток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Вычитание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чисел с переходом через 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1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2" w:after="0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структурные элементы, составление текстовой задачи по образцу.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задач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по рисунку, по схематическому рисунку, по записи решения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структурные элементы, составление текстовой задачи по образцу.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задач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по рисунку, по схематическому рисунку, по записи решения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2" w:after="0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Зависимость между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данными и искомой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величиной в текстовой задаче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Выбор и запись арифметического действия для получения ответа на вопрос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 w:rsidRPr="00C547AF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остатка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8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3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6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Задачи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увеличение числа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несколько единиц (с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двумя множествами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2" w:after="0" w:line="286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Задачи на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уменьшение числа на несколько единиц (с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двумя множествами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слагаемого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слагаемого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3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3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вычитаемого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сюжетная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Обнаружение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недостающего элемента задачи, дополнение текста задачи числовыми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данными (по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иллюстрации, смыслу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задачи, её решению)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 w:rsidRPr="00C547AF">
        <w:trPr>
          <w:trHeight w:hRule="exact" w:val="28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86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Расположение предметов и объектов на плоскости, в пространстве: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сверху/снизу,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4B7461" w:rsidRPr="008976F1" w:rsidRDefault="004B7461">
      <w:pPr>
        <w:autoSpaceDE w:val="0"/>
        <w:autoSpaceDN w:val="0"/>
        <w:spacing w:after="0" w:line="14" w:lineRule="exact"/>
        <w:rPr>
          <w:lang w:val="ru-RU"/>
        </w:rPr>
      </w:pPr>
    </w:p>
    <w:p w:rsidR="004B7461" w:rsidRPr="008976F1" w:rsidRDefault="004B7461">
      <w:pPr>
        <w:rPr>
          <w:lang w:val="ru-RU"/>
        </w:rPr>
        <w:sectPr w:rsidR="004B7461" w:rsidRPr="008976F1" w:rsidSect="00FA1DA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8976F1" w:rsidRDefault="004B746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Расположение предметов и объектов на плоскости, в пространстве: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86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Расположение предметов и объектов на плоскости, в пространстве: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сверху/снизу,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976F1">
              <w:rPr>
                <w:lang w:val="ru-RU"/>
              </w:rPr>
              <w:br/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41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Расположение предметов и объектов на плоскости, в пространстве: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сверху/снизу, 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8976F1">
              <w:rPr>
                <w:lang w:val="ru-RU"/>
              </w:rPr>
              <w:br/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B7461" w:rsidRDefault="00595D59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опрос</w:t>
            </w:r>
          </w:p>
        </w:tc>
      </w:tr>
      <w:tr w:rsidR="004B7461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Распознавание объекта и его отражения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 w:rsidRPr="00C547AF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Геометрические фигуры: распознавание круга,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прямоугольника, отрезка.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фигур: куба, шара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B7461">
        <w:trPr>
          <w:trHeight w:hRule="exact" w:val="41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100" w:after="0" w:line="283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Геометрические фигуры: распознавание круга,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прямоугольника, отрезка.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фигур: круга, треугольника,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5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Геометрические фигуры: распознавание круга,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прямоугольника, отрезка.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4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фигур: прямой, отрезка, точки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EB6D72" w:rsidRDefault="00EB6D72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EB6D72" w:rsidRDefault="00EB6D7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4B7461">
        <w:trPr>
          <w:trHeight w:hRule="exact" w:val="31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 "от руки"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9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3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многоугольника,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8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прямоугольника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34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8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прямой, отрезка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48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6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многоугольника,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(квадрата), прямой,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отрезка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45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квадрата, треугольника с помощью линейки;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длины отрезка в сантиметрах.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Прямоугольник. Квадрат.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(квадрата) на клетчатой бумаге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2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длины отрезка в сантиметрах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8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 в сантиметрах. Измерение длины в дециметрах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сантиметрах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9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D86E51" w:rsidP="00D86E51">
            <w:pPr>
              <w:autoSpaceDE w:val="0"/>
              <w:autoSpaceDN w:val="0"/>
              <w:spacing w:before="98" w:after="0" w:line="271" w:lineRule="auto"/>
              <w:ind w:left="-10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="00595D59"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="00595D59" w:rsidRPr="008976F1">
              <w:rPr>
                <w:lang w:val="ru-RU"/>
              </w:rPr>
              <w:br/>
            </w:r>
            <w:r w:rsidR="00595D59"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Default="00595D59" w:rsidP="00D86E51">
            <w:pPr>
              <w:autoSpaceDE w:val="0"/>
              <w:autoSpaceDN w:val="0"/>
              <w:spacing w:before="70" w:after="0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 в сантиметрах.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отрезков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71" w:lineRule="auto"/>
              <w:ind w:left="-10" w:right="144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 w:rsidP="00D86E51">
            <w:pPr>
              <w:autoSpaceDE w:val="0"/>
              <w:autoSpaceDN w:val="0"/>
              <w:spacing w:before="72" w:after="0" w:line="281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 в сантиметрах. Сложение и вычитание длин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отрезков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71" w:lineRule="auto"/>
              <w:ind w:left="-10" w:right="144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Длина стороны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71" w:lineRule="auto"/>
              <w:ind w:left="-10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Пространственные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Pr="008976F1" w:rsidRDefault="00595D59" w:rsidP="00D86E51">
            <w:pPr>
              <w:autoSpaceDE w:val="0"/>
              <w:autoSpaceDN w:val="0"/>
              <w:spacing w:before="70" w:after="0" w:line="271" w:lineRule="auto"/>
              <w:ind w:left="-10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геометрических задач на построение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100" w:after="0"/>
              <w:ind w:left="-10" w:right="432" w:hanging="9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Сбор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данных об объекте по образцу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 w:rsidRPr="00C547AF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Математическая </w:t>
            </w:r>
            <w:r w:rsidR="00D86E5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объектов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(количество, форма,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размер)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4B7461" w:rsidRPr="008976F1" w:rsidRDefault="004B7461">
      <w:pPr>
        <w:autoSpaceDE w:val="0"/>
        <w:autoSpaceDN w:val="0"/>
        <w:spacing w:after="0" w:line="14" w:lineRule="exact"/>
        <w:rPr>
          <w:lang w:val="ru-RU"/>
        </w:rPr>
      </w:pPr>
    </w:p>
    <w:p w:rsidR="004B7461" w:rsidRPr="008976F1" w:rsidRDefault="004B7461">
      <w:pPr>
        <w:rPr>
          <w:lang w:val="ru-RU"/>
        </w:rPr>
        <w:sectPr w:rsidR="004B7461" w:rsidRPr="008976F1" w:rsidSect="00FA1DA3">
          <w:pgSz w:w="11900" w:h="16840"/>
          <w:pgMar w:top="284" w:right="650" w:bottom="11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8976F1" w:rsidRDefault="004B746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="00D86E5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</w:t>
            </w:r>
          </w:p>
          <w:p w:rsidR="004B7461" w:rsidRDefault="00595D59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объектов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(количество, форма,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размер).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более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/>
              <w:ind w:left="-10" w:right="144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Выбор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 по образцу (по заданным признакам)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100" w:after="0"/>
              <w:ind w:left="-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Группировка объектов по заданному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 w:rsidP="00D86E51">
            <w:pPr>
              <w:autoSpaceDE w:val="0"/>
              <w:autoSpaceDN w:val="0"/>
              <w:spacing w:before="98" w:after="0" w:line="281" w:lineRule="auto"/>
              <w:ind w:left="-10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Группировка объектов по заданному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признаку.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самостоятельно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установленному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Математическая </w:t>
            </w:r>
            <w:r w:rsidR="00D86E5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</w:t>
            </w:r>
          </w:p>
          <w:p w:rsidR="004B7461" w:rsidRPr="008976F1" w:rsidRDefault="00595D59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объектов: её обнаружение,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продолжение ряда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86" w:lineRule="auto"/>
              <w:ind w:right="288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Верные (истинные) и неверные (ложные) предложения, составленные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относительно заданного набора математических объектов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/>
              <w:ind w:left="-10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Чтение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таблицы (содержащей не более четырёх данных)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/>
              <w:ind w:left="-10" w:right="144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Извлечение данного из строки,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столбца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Pr="00E241A9" w:rsidRDefault="004B7461">
      <w:pPr>
        <w:rPr>
          <w:lang w:val="ru-RU"/>
        </w:rPr>
        <w:sectPr w:rsidR="004B7461" w:rsidRPr="00E241A9" w:rsidSect="00FA1DA3">
          <w:pgSz w:w="11900" w:h="16840"/>
          <w:pgMar w:top="284" w:right="650" w:bottom="2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E241A9" w:rsidRDefault="004B7461">
      <w:pPr>
        <w:autoSpaceDE w:val="0"/>
        <w:autoSpaceDN w:val="0"/>
        <w:spacing w:after="0" w:line="149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/>
              <w:ind w:left="-10" w:right="432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информация. Внесение одного-двух данных в таблицу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83" w:lineRule="auto"/>
              <w:ind w:left="-10" w:right="576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информация. Чтение рисунка, схемы 1—2 числовыми данными (значениями данных величин)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81" w:lineRule="auto"/>
              <w:ind w:left="-10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Выполнение 1—3-шаговых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инструкций, связанных с вычислениями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81" w:lineRule="auto"/>
              <w:ind w:left="-10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Выполнение 1—3-шаговых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инструкций, связанных с измерением длины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 w:rsidP="00D86E51">
            <w:pPr>
              <w:autoSpaceDE w:val="0"/>
              <w:autoSpaceDN w:val="0"/>
              <w:spacing w:before="98" w:after="0" w:line="281" w:lineRule="auto"/>
              <w:ind w:left="-10" w:firstLine="10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118. Математическая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Выполнение 1—3-шаговых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инструкций, связанных с построением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62" w:lineRule="auto"/>
              <w:ind w:left="72" w:right="144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Числа. Числа от 1 до 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100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 w:rsidRPr="00C547A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62" w:lineRule="auto"/>
              <w:ind w:left="72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Числа. Числа от 11 до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B7461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121. Резерв. Величины.</w:t>
            </w:r>
          </w:p>
          <w:p w:rsidR="004B7461" w:rsidRDefault="00595D59">
            <w:pPr>
              <w:autoSpaceDE w:val="0"/>
              <w:autoSpaceDN w:val="0"/>
              <w:spacing w:before="70" w:after="0" w:line="262" w:lineRule="auto"/>
              <w:ind w:left="72" w:right="288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Единица длины: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сантиметр.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0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Резерв. Величины.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Единицы длины: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сантиметр, дециметр.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Арифметические действия. Числа от 1 до 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Арифметические действия. Числа от 1 до 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003F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003F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опрос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Арифметические действия. Числа от 1 до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 Сложение с переходом через десяток.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Арифметические действия. Числа от 1 до 20. Вычитание с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переходом через десяток.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Текстовые задачи. Задачи на нахождение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суммы и остатка.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Резерв. Текстовые задачи.</w:t>
            </w:r>
          </w:p>
          <w:p w:rsidR="004B7461" w:rsidRPr="008976F1" w:rsidRDefault="00595D59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увеличение (уменьшение) числа на несколько раз.</w:t>
            </w:r>
          </w:p>
          <w:p w:rsidR="004B7461" w:rsidRDefault="00595D59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 w:rsidRPr="00C547A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156" w:hanging="156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Текстовые задачи. Задачи на разностное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Самооценка с </w:t>
            </w:r>
            <w:r w:rsidRPr="008976F1">
              <w:rPr>
                <w:lang w:val="ru-RU"/>
              </w:rPr>
              <w:br/>
            </w:r>
            <w:proofErr w:type="spell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proofErr w:type="spellEnd"/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B7461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Резерв. Пространственные 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4B7461" w:rsidRDefault="00595D59">
            <w:pPr>
              <w:autoSpaceDE w:val="0"/>
              <w:autoSpaceDN w:val="0"/>
              <w:spacing w:before="70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1C6057" w:rsidRDefault="001C60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1C6057" w:rsidRDefault="001C605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</w:tbl>
    <w:p w:rsidR="004B7461" w:rsidRDefault="004B7461">
      <w:pPr>
        <w:autoSpaceDE w:val="0"/>
        <w:autoSpaceDN w:val="0"/>
        <w:spacing w:after="0" w:line="14" w:lineRule="exact"/>
      </w:pPr>
    </w:p>
    <w:p w:rsidR="004B7461" w:rsidRDefault="004B7461">
      <w:pPr>
        <w:sectPr w:rsidR="004B7461" w:rsidSect="00FA1DA3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Default="004B74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B7461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/>
              <w:ind w:left="156" w:hanging="156"/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Пространственные отношения и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геометрические фигуры.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4B7461" w:rsidRDefault="00595D59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81" w:lineRule="auto"/>
              <w:ind w:left="156" w:right="144" w:hanging="15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Резерв. Математическая информация. Сравнение, группировка,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закономерности, </w:t>
            </w:r>
            <w:r w:rsidRPr="008976F1">
              <w:rPr>
                <w:lang w:val="ru-RU"/>
              </w:rPr>
              <w:br/>
            </w: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высказывания.</w:t>
            </w:r>
          </w:p>
          <w:p w:rsidR="004B7461" w:rsidRDefault="00595D59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B7461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8976F1" w:rsidRDefault="00595D5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8976F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Pr="00003FD1" w:rsidRDefault="001C605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7461" w:rsidRDefault="00595D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</w:tr>
    </w:tbl>
    <w:p w:rsidR="004B7461" w:rsidRPr="00C547AF" w:rsidRDefault="004B7461">
      <w:pPr>
        <w:rPr>
          <w:lang w:val="ru-RU"/>
        </w:rPr>
        <w:sectPr w:rsidR="004B7461" w:rsidRPr="00C547AF" w:rsidSect="00FA1DA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4B7461" w:rsidRPr="00C547AF" w:rsidRDefault="004B7461">
      <w:pPr>
        <w:rPr>
          <w:lang w:val="ru-RU"/>
        </w:rPr>
        <w:sectPr w:rsidR="004B7461" w:rsidRPr="00C547AF" w:rsidSect="00FA1DA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B7461" w:rsidRPr="008976F1" w:rsidRDefault="004B7461" w:rsidP="00D86E51">
      <w:pPr>
        <w:autoSpaceDE w:val="0"/>
        <w:autoSpaceDN w:val="0"/>
        <w:spacing w:before="2952" w:after="0" w:line="302" w:lineRule="auto"/>
        <w:ind w:right="720"/>
        <w:rPr>
          <w:lang w:val="ru-RU"/>
        </w:rPr>
        <w:sectPr w:rsidR="004B7461" w:rsidRPr="008976F1" w:rsidSect="00FA1DA3">
          <w:pgSz w:w="16840" w:h="11900" w:orient="landscape"/>
          <w:pgMar w:top="650" w:right="1440" w:bottom="666" w:left="298" w:header="720" w:footer="720" w:gutter="0"/>
          <w:cols w:space="720" w:equalWidth="0">
            <w:col w:w="10584" w:space="0"/>
          </w:cols>
          <w:docGrid w:linePitch="360"/>
        </w:sectPr>
      </w:pPr>
    </w:p>
    <w:p w:rsidR="00595D59" w:rsidRPr="008976F1" w:rsidRDefault="00595D59">
      <w:pPr>
        <w:rPr>
          <w:lang w:val="ru-RU"/>
        </w:rPr>
      </w:pPr>
    </w:p>
    <w:sectPr w:rsidR="00595D59" w:rsidRPr="008976F1" w:rsidSect="00FA1DA3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3FD1"/>
    <w:rsid w:val="00034616"/>
    <w:rsid w:val="0006063C"/>
    <w:rsid w:val="00126C90"/>
    <w:rsid w:val="0015074B"/>
    <w:rsid w:val="001C6057"/>
    <w:rsid w:val="001D3BAE"/>
    <w:rsid w:val="0029639D"/>
    <w:rsid w:val="00326F90"/>
    <w:rsid w:val="003F4C81"/>
    <w:rsid w:val="004B7461"/>
    <w:rsid w:val="00595D59"/>
    <w:rsid w:val="008976F1"/>
    <w:rsid w:val="00AA1D8D"/>
    <w:rsid w:val="00B47730"/>
    <w:rsid w:val="00C547AF"/>
    <w:rsid w:val="00CB0664"/>
    <w:rsid w:val="00D86E51"/>
    <w:rsid w:val="00E241A9"/>
    <w:rsid w:val="00EB6D72"/>
    <w:rsid w:val="00F32D21"/>
    <w:rsid w:val="00FA1D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A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A1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A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A1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BA018B-E9E5-4B73-9B4C-D4BE5C8F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8161</Words>
  <Characters>46518</Characters>
  <Application>Microsoft Office Word</Application>
  <DocSecurity>0</DocSecurity>
  <Lines>387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пк</cp:lastModifiedBy>
  <cp:revision>9</cp:revision>
  <cp:lastPrinted>2022-11-04T10:32:00Z</cp:lastPrinted>
  <dcterms:created xsi:type="dcterms:W3CDTF">2022-10-03T18:20:00Z</dcterms:created>
  <dcterms:modified xsi:type="dcterms:W3CDTF">2022-12-29T18:47:00Z</dcterms:modified>
</cp:coreProperties>
</file>